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299D6" w14:textId="77777777" w:rsidR="00D21ABE" w:rsidRPr="002E0C39" w:rsidRDefault="00000000">
      <w:pPr>
        <w:spacing w:after="0"/>
        <w:jc w:val="right"/>
        <w:rPr>
          <w:rFonts w:cs="Arial"/>
          <w:szCs w:val="20"/>
        </w:rPr>
      </w:pPr>
      <w:proofErr w:type="spellStart"/>
      <w:r w:rsidRPr="002E0C39">
        <w:rPr>
          <w:rFonts w:cs="Arial"/>
          <w:b/>
          <w:i/>
          <w:szCs w:val="20"/>
        </w:rPr>
        <w:t>Prilog</w:t>
      </w:r>
      <w:proofErr w:type="spellEnd"/>
      <w:r w:rsidRPr="002E0C39">
        <w:rPr>
          <w:rFonts w:cs="Arial"/>
          <w:b/>
          <w:i/>
          <w:szCs w:val="20"/>
        </w:rPr>
        <w:t xml:space="preserve"> 2</w:t>
      </w:r>
    </w:p>
    <w:p w14:paraId="0F5474AC" w14:textId="77777777" w:rsidR="00D21ABE" w:rsidRPr="002E0C39" w:rsidRDefault="00000000">
      <w:pPr>
        <w:spacing w:after="0"/>
        <w:rPr>
          <w:rFonts w:cs="Arial"/>
          <w:szCs w:val="20"/>
        </w:rPr>
      </w:pPr>
      <w:r w:rsidRPr="002E0C39">
        <w:rPr>
          <w:rFonts w:cs="Arial"/>
          <w:noProof/>
          <w:szCs w:val="20"/>
        </w:rPr>
        <w:drawing>
          <wp:inline distT="0" distB="0" distL="0" distR="0" wp14:anchorId="457A5C12" wp14:editId="022AE846">
            <wp:extent cx="630000" cy="7508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75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C9A5D" w14:textId="77777777" w:rsidR="00D21ABE" w:rsidRPr="002E0C39" w:rsidRDefault="00000000">
      <w:pPr>
        <w:spacing w:after="0"/>
        <w:rPr>
          <w:rFonts w:cs="Arial"/>
          <w:szCs w:val="20"/>
        </w:rPr>
      </w:pPr>
      <w:r w:rsidRPr="002E0C39">
        <w:rPr>
          <w:rFonts w:cs="Arial"/>
          <w:b/>
          <w:szCs w:val="20"/>
        </w:rPr>
        <w:t>HRVATSKI LOVAČKI SAVEZ</w:t>
      </w:r>
    </w:p>
    <w:p w14:paraId="1C8ABE40" w14:textId="77777777" w:rsidR="00D21ABE" w:rsidRPr="002E0C39" w:rsidRDefault="00000000">
      <w:pPr>
        <w:spacing w:after="0"/>
        <w:rPr>
          <w:rFonts w:cs="Arial"/>
          <w:szCs w:val="20"/>
        </w:rPr>
      </w:pPr>
      <w:r w:rsidRPr="002E0C39">
        <w:rPr>
          <w:rFonts w:cs="Arial"/>
          <w:szCs w:val="20"/>
        </w:rPr>
        <w:t>Vladimira Nazora 63,</w:t>
      </w:r>
    </w:p>
    <w:p w14:paraId="11B15646" w14:textId="77777777" w:rsidR="00D21ABE" w:rsidRPr="002E0C39" w:rsidRDefault="00000000">
      <w:pPr>
        <w:spacing w:after="0"/>
        <w:rPr>
          <w:rFonts w:cs="Arial"/>
          <w:szCs w:val="20"/>
        </w:rPr>
      </w:pPr>
      <w:r w:rsidRPr="002E0C39">
        <w:rPr>
          <w:rFonts w:cs="Arial"/>
          <w:szCs w:val="20"/>
        </w:rPr>
        <w:t>10000 Zagreb</w:t>
      </w:r>
    </w:p>
    <w:p w14:paraId="5B4777AC" w14:textId="77777777" w:rsidR="00D21ABE" w:rsidRPr="002E0C39" w:rsidRDefault="00000000">
      <w:pPr>
        <w:spacing w:before="160" w:after="40"/>
        <w:jc w:val="center"/>
        <w:rPr>
          <w:rFonts w:cs="Arial"/>
          <w:szCs w:val="20"/>
        </w:rPr>
      </w:pPr>
      <w:r w:rsidRPr="002E0C39">
        <w:rPr>
          <w:rFonts w:cs="Arial"/>
          <w:b/>
          <w:szCs w:val="20"/>
        </w:rPr>
        <w:t>PRILOG 2 – TROŠKOVNIK</w:t>
      </w:r>
    </w:p>
    <w:p w14:paraId="5FC6DCD2" w14:textId="77777777" w:rsidR="00D21ABE" w:rsidRPr="002E0C39" w:rsidRDefault="00000000">
      <w:pPr>
        <w:spacing w:after="40"/>
        <w:rPr>
          <w:rFonts w:cs="Arial"/>
          <w:szCs w:val="20"/>
        </w:rPr>
      </w:pPr>
      <w:r w:rsidRPr="002E0C39">
        <w:rPr>
          <w:rFonts w:cs="Arial"/>
          <w:b/>
          <w:szCs w:val="20"/>
        </w:rPr>
        <w:t xml:space="preserve">Predmet nabave: </w:t>
      </w:r>
      <w:r w:rsidRPr="002E0C39">
        <w:rPr>
          <w:rFonts w:cs="Arial"/>
          <w:szCs w:val="20"/>
        </w:rPr>
        <w:t xml:space="preserve">Usluga tiska, dorade i pojedinačnog foliranja časopisa „Lovački </w:t>
      </w:r>
      <w:proofErr w:type="gramStart"/>
      <w:r w:rsidRPr="002E0C39">
        <w:rPr>
          <w:rFonts w:cs="Arial"/>
          <w:szCs w:val="20"/>
        </w:rPr>
        <w:t>vjesnik“</w:t>
      </w:r>
      <w:proofErr w:type="gramEnd"/>
    </w:p>
    <w:p w14:paraId="6B124E3C" w14:textId="339307A1" w:rsidR="00D21ABE" w:rsidRPr="002E0C39" w:rsidRDefault="00000000">
      <w:pPr>
        <w:spacing w:after="160"/>
        <w:rPr>
          <w:rFonts w:cs="Arial"/>
          <w:b/>
          <w:szCs w:val="20"/>
        </w:rPr>
      </w:pPr>
      <w:proofErr w:type="spellStart"/>
      <w:r w:rsidRPr="002E0C39">
        <w:rPr>
          <w:rFonts w:cs="Arial"/>
          <w:b/>
          <w:szCs w:val="20"/>
        </w:rPr>
        <w:t>Evidencijski</w:t>
      </w:r>
      <w:proofErr w:type="spellEnd"/>
      <w:r w:rsidRPr="002E0C39">
        <w:rPr>
          <w:rFonts w:cs="Arial"/>
          <w:b/>
          <w:szCs w:val="20"/>
        </w:rPr>
        <w:t xml:space="preserve"> </w:t>
      </w:r>
      <w:proofErr w:type="spellStart"/>
      <w:r w:rsidRPr="002E0C39">
        <w:rPr>
          <w:rFonts w:cs="Arial"/>
          <w:b/>
          <w:szCs w:val="20"/>
        </w:rPr>
        <w:t>broj</w:t>
      </w:r>
      <w:proofErr w:type="spellEnd"/>
      <w:r w:rsidRPr="002E0C39">
        <w:rPr>
          <w:rFonts w:cs="Arial"/>
          <w:b/>
          <w:szCs w:val="20"/>
        </w:rPr>
        <w:t xml:space="preserve"> </w:t>
      </w:r>
      <w:proofErr w:type="spellStart"/>
      <w:r w:rsidRPr="002E0C39">
        <w:rPr>
          <w:rFonts w:cs="Arial"/>
          <w:b/>
          <w:szCs w:val="20"/>
        </w:rPr>
        <w:t>nabave</w:t>
      </w:r>
      <w:proofErr w:type="spellEnd"/>
      <w:r w:rsidRPr="002E0C39">
        <w:rPr>
          <w:rFonts w:cs="Arial"/>
          <w:b/>
          <w:szCs w:val="20"/>
        </w:rPr>
        <w:t>: N</w:t>
      </w:r>
      <w:r w:rsidR="002E0C39" w:rsidRPr="002E0C39">
        <w:rPr>
          <w:rFonts w:cs="Arial"/>
          <w:b/>
          <w:szCs w:val="20"/>
        </w:rPr>
        <w:t>-</w:t>
      </w:r>
      <w:r w:rsidRPr="002E0C39">
        <w:rPr>
          <w:rFonts w:cs="Arial"/>
          <w:b/>
          <w:szCs w:val="20"/>
        </w:rPr>
        <w:t>5/26</w:t>
      </w:r>
    </w:p>
    <w:p w14:paraId="365F7F0B" w14:textId="77777777" w:rsidR="002E0C39" w:rsidRPr="002E0C39" w:rsidRDefault="002E0C39" w:rsidP="002E0C39">
      <w:pPr>
        <w:spacing w:after="160"/>
        <w:rPr>
          <w:rFonts w:cs="Arial"/>
          <w:szCs w:val="20"/>
        </w:rPr>
      </w:pPr>
      <w:proofErr w:type="spellStart"/>
      <w:r w:rsidRPr="002E0C39">
        <w:rPr>
          <w:rFonts w:cs="Arial"/>
          <w:szCs w:val="20"/>
        </w:rPr>
        <w:t>Naziv</w:t>
      </w:r>
      <w:proofErr w:type="spellEnd"/>
      <w:r w:rsidRPr="002E0C39">
        <w:rPr>
          <w:rFonts w:cs="Arial"/>
          <w:szCs w:val="20"/>
        </w:rPr>
        <w:t xml:space="preserve"> </w:t>
      </w:r>
      <w:proofErr w:type="spellStart"/>
      <w:r w:rsidRPr="002E0C39">
        <w:rPr>
          <w:rFonts w:cs="Arial"/>
          <w:szCs w:val="20"/>
        </w:rPr>
        <w:t>ponuditelja</w:t>
      </w:r>
      <w:proofErr w:type="spellEnd"/>
      <w:r w:rsidRPr="002E0C39">
        <w:rPr>
          <w:rFonts w:cs="Arial"/>
          <w:szCs w:val="20"/>
        </w:rPr>
        <w:t>: _____________________________________________________________________</w:t>
      </w:r>
    </w:p>
    <w:p w14:paraId="0899870A" w14:textId="77777777" w:rsidR="002E0C39" w:rsidRPr="002E0C39" w:rsidRDefault="002E0C39" w:rsidP="002E0C39">
      <w:pPr>
        <w:spacing w:after="160"/>
        <w:rPr>
          <w:rFonts w:cs="Arial"/>
          <w:szCs w:val="20"/>
        </w:rPr>
      </w:pPr>
      <w:r w:rsidRPr="002E0C39">
        <w:rPr>
          <w:rFonts w:cs="Arial"/>
          <w:szCs w:val="20"/>
        </w:rPr>
        <w:t xml:space="preserve">OIB </w:t>
      </w:r>
      <w:proofErr w:type="spellStart"/>
      <w:r w:rsidRPr="002E0C39">
        <w:rPr>
          <w:rFonts w:cs="Arial"/>
          <w:szCs w:val="20"/>
        </w:rPr>
        <w:t>ponuditelja</w:t>
      </w:r>
      <w:proofErr w:type="spellEnd"/>
      <w:r w:rsidRPr="002E0C39">
        <w:rPr>
          <w:rFonts w:cs="Arial"/>
          <w:szCs w:val="20"/>
        </w:rPr>
        <w:t>: ______________________________</w:t>
      </w:r>
    </w:p>
    <w:p w14:paraId="07668175" w14:textId="77777777" w:rsidR="002E0C39" w:rsidRPr="002E0C39" w:rsidRDefault="002E0C39" w:rsidP="002E0C39">
      <w:pPr>
        <w:spacing w:before="140" w:line="256" w:lineRule="auto"/>
        <w:rPr>
          <w:rFonts w:eastAsia="MS Mincho" w:cs="Arial"/>
          <w:b/>
          <w:szCs w:val="20"/>
        </w:rPr>
      </w:pPr>
      <w:r w:rsidRPr="002E0C39">
        <w:rPr>
          <w:rFonts w:eastAsia="MS Mincho" w:cs="Arial"/>
          <w:b/>
          <w:szCs w:val="20"/>
        </w:rPr>
        <w:t>1. JEDINIČNE CIJENE KOJE UPISUJE PONUDITELJ</w:t>
      </w:r>
    </w:p>
    <w:p w14:paraId="02811144" w14:textId="77777777" w:rsidR="002E0C39" w:rsidRPr="002E0C39" w:rsidRDefault="002E0C39" w:rsidP="002E0C39">
      <w:pPr>
        <w:spacing w:line="256" w:lineRule="auto"/>
        <w:rPr>
          <w:rFonts w:eastAsia="MS Mincho" w:cs="Arial"/>
          <w:szCs w:val="20"/>
        </w:rPr>
      </w:pPr>
      <w:proofErr w:type="spellStart"/>
      <w:r w:rsidRPr="002E0C39">
        <w:rPr>
          <w:rFonts w:eastAsia="MS Mincho" w:cs="Arial"/>
          <w:szCs w:val="20"/>
        </w:rPr>
        <w:t>Referentni</w:t>
      </w:r>
      <w:proofErr w:type="spellEnd"/>
      <w:r w:rsidRPr="002E0C39">
        <w:rPr>
          <w:rFonts w:eastAsia="MS Mincho" w:cs="Arial"/>
          <w:szCs w:val="20"/>
        </w:rPr>
        <w:t xml:space="preserve"> model: </w:t>
      </w:r>
      <w:proofErr w:type="spellStart"/>
      <w:r w:rsidRPr="002E0C39">
        <w:rPr>
          <w:rFonts w:eastAsia="MS Mincho" w:cs="Arial"/>
          <w:szCs w:val="20"/>
        </w:rPr>
        <w:t>jedno</w:t>
      </w:r>
      <w:proofErr w:type="spellEnd"/>
      <w:r w:rsidRPr="002E0C39">
        <w:rPr>
          <w:rFonts w:eastAsia="MS Mincho" w:cs="Arial"/>
          <w:szCs w:val="20"/>
        </w:rPr>
        <w:t xml:space="preserve"> </w:t>
      </w:r>
      <w:proofErr w:type="spellStart"/>
      <w:r w:rsidRPr="002E0C39">
        <w:rPr>
          <w:rFonts w:eastAsia="MS Mincho" w:cs="Arial"/>
          <w:szCs w:val="20"/>
        </w:rPr>
        <w:t>izdanje</w:t>
      </w:r>
      <w:proofErr w:type="spellEnd"/>
      <w:r w:rsidRPr="002E0C39">
        <w:rPr>
          <w:rFonts w:eastAsia="MS Mincho" w:cs="Arial"/>
          <w:szCs w:val="20"/>
        </w:rPr>
        <w:t xml:space="preserve"> </w:t>
      </w:r>
      <w:proofErr w:type="spellStart"/>
      <w:r w:rsidRPr="002E0C39">
        <w:rPr>
          <w:rFonts w:eastAsia="MS Mincho" w:cs="Arial"/>
          <w:szCs w:val="20"/>
        </w:rPr>
        <w:t>naklade</w:t>
      </w:r>
      <w:proofErr w:type="spellEnd"/>
      <w:r w:rsidRPr="002E0C39">
        <w:rPr>
          <w:rFonts w:eastAsia="MS Mincho" w:cs="Arial"/>
          <w:szCs w:val="20"/>
        </w:rPr>
        <w:t xml:space="preserve"> 58.500 </w:t>
      </w:r>
      <w:proofErr w:type="spellStart"/>
      <w:r w:rsidRPr="002E0C39">
        <w:rPr>
          <w:rFonts w:eastAsia="MS Mincho" w:cs="Arial"/>
          <w:szCs w:val="20"/>
        </w:rPr>
        <w:t>primjeraka</w:t>
      </w:r>
      <w:proofErr w:type="spellEnd"/>
      <w:r w:rsidRPr="002E0C39">
        <w:rPr>
          <w:rFonts w:eastAsia="MS Mincho" w:cs="Arial"/>
          <w:szCs w:val="20"/>
        </w:rPr>
        <w:t xml:space="preserve"> </w:t>
      </w:r>
      <w:proofErr w:type="spellStart"/>
      <w:r w:rsidRPr="002E0C39">
        <w:rPr>
          <w:rFonts w:eastAsia="MS Mincho" w:cs="Arial"/>
          <w:szCs w:val="20"/>
        </w:rPr>
        <w:t>i</w:t>
      </w:r>
      <w:proofErr w:type="spellEnd"/>
      <w:r w:rsidRPr="002E0C39">
        <w:rPr>
          <w:rFonts w:eastAsia="MS Mincho" w:cs="Arial"/>
          <w:szCs w:val="20"/>
        </w:rPr>
        <w:t xml:space="preserve"> </w:t>
      </w:r>
      <w:proofErr w:type="spellStart"/>
      <w:r w:rsidRPr="002E0C39">
        <w:rPr>
          <w:rFonts w:eastAsia="MS Mincho" w:cs="Arial"/>
          <w:szCs w:val="20"/>
        </w:rPr>
        <w:t>ukupnog</w:t>
      </w:r>
      <w:proofErr w:type="spellEnd"/>
      <w:r w:rsidRPr="002E0C39">
        <w:rPr>
          <w:rFonts w:eastAsia="MS Mincho" w:cs="Arial"/>
          <w:szCs w:val="20"/>
        </w:rPr>
        <w:t xml:space="preserve"> </w:t>
      </w:r>
      <w:proofErr w:type="spellStart"/>
      <w:r w:rsidRPr="002E0C39">
        <w:rPr>
          <w:rFonts w:eastAsia="MS Mincho" w:cs="Arial"/>
          <w:szCs w:val="20"/>
        </w:rPr>
        <w:t>opsega</w:t>
      </w:r>
      <w:proofErr w:type="spellEnd"/>
      <w:r w:rsidRPr="002E0C39">
        <w:rPr>
          <w:rFonts w:eastAsia="MS Mincho" w:cs="Arial"/>
          <w:szCs w:val="20"/>
        </w:rPr>
        <w:t xml:space="preserve"> 100 </w:t>
      </w:r>
      <w:proofErr w:type="spellStart"/>
      <w:r w:rsidRPr="002E0C39">
        <w:rPr>
          <w:rFonts w:eastAsia="MS Mincho" w:cs="Arial"/>
          <w:szCs w:val="20"/>
        </w:rPr>
        <w:t>stranica</w:t>
      </w:r>
      <w:proofErr w:type="spellEnd"/>
      <w:r w:rsidRPr="002E0C39">
        <w:rPr>
          <w:rFonts w:eastAsia="MS Mincho" w:cs="Arial"/>
          <w:szCs w:val="20"/>
        </w:rPr>
        <w:t xml:space="preserve"> </w:t>
      </w:r>
      <w:proofErr w:type="spellStart"/>
      <w:r w:rsidRPr="002E0C39">
        <w:rPr>
          <w:rFonts w:eastAsia="MS Mincho" w:cs="Arial"/>
          <w:szCs w:val="20"/>
        </w:rPr>
        <w:t>uključujući</w:t>
      </w:r>
      <w:proofErr w:type="spellEnd"/>
      <w:r w:rsidRPr="002E0C39">
        <w:rPr>
          <w:rFonts w:eastAsia="MS Mincho" w:cs="Arial"/>
          <w:szCs w:val="20"/>
        </w:rPr>
        <w:t xml:space="preserve"> </w:t>
      </w:r>
      <w:proofErr w:type="spellStart"/>
      <w:r w:rsidRPr="002E0C39">
        <w:rPr>
          <w:rFonts w:eastAsia="MS Mincho" w:cs="Arial"/>
          <w:szCs w:val="20"/>
        </w:rPr>
        <w:t>omot</w:t>
      </w:r>
      <w:proofErr w:type="spellEnd"/>
      <w:r w:rsidRPr="002E0C39">
        <w:rPr>
          <w:rFonts w:eastAsia="MS Mincho" w:cs="Arial"/>
          <w:szCs w:val="20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"/>
        <w:gridCol w:w="6236"/>
        <w:gridCol w:w="2466"/>
      </w:tblGrid>
      <w:tr w:rsidR="002E0C39" w:rsidRPr="002E0C39" w14:paraId="1A6281E9" w14:textId="77777777">
        <w:trPr>
          <w:cantSplit/>
          <w:jc w:val="center"/>
        </w:trPr>
        <w:tc>
          <w:tcPr>
            <w:tcW w:w="935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shd w:val="clear" w:color="auto" w:fill="EAF0F5"/>
            <w:vAlign w:val="center"/>
            <w:hideMark/>
          </w:tcPr>
          <w:p w14:paraId="2C80142D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 w:rsidRPr="002E0C39">
              <w:rPr>
                <w:rFonts w:eastAsia="MS Mincho" w:cs="Arial"/>
                <w:b/>
                <w:szCs w:val="20"/>
              </w:rPr>
              <w:t>Oznaka</w:t>
            </w:r>
            <w:proofErr w:type="spellEnd"/>
          </w:p>
        </w:tc>
        <w:tc>
          <w:tcPr>
            <w:tcW w:w="623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shd w:val="clear" w:color="auto" w:fill="EAF0F5"/>
            <w:vAlign w:val="center"/>
            <w:hideMark/>
          </w:tcPr>
          <w:p w14:paraId="4892DE36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 w:rsidRPr="002E0C39">
              <w:rPr>
                <w:rFonts w:eastAsia="MS Mincho" w:cs="Arial"/>
                <w:b/>
                <w:szCs w:val="20"/>
              </w:rPr>
              <w:t>Opis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b/>
                <w:szCs w:val="20"/>
              </w:rPr>
              <w:t>obračunskog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b/>
                <w:szCs w:val="20"/>
              </w:rPr>
              <w:t>elementa</w:t>
            </w:r>
            <w:proofErr w:type="spellEnd"/>
          </w:p>
        </w:tc>
        <w:tc>
          <w:tcPr>
            <w:tcW w:w="246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shd w:val="clear" w:color="auto" w:fill="EAF0F5"/>
            <w:vAlign w:val="center"/>
            <w:hideMark/>
          </w:tcPr>
          <w:p w14:paraId="4563A29F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 w:rsidRPr="002E0C39">
              <w:rPr>
                <w:rFonts w:eastAsia="MS Mincho" w:cs="Arial"/>
                <w:b/>
                <w:szCs w:val="20"/>
              </w:rPr>
              <w:t>Cijena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bez PDV-a (EUR)</w:t>
            </w:r>
          </w:p>
        </w:tc>
      </w:tr>
      <w:tr w:rsidR="002E0C39" w:rsidRPr="002E0C39" w14:paraId="07D40962" w14:textId="77777777">
        <w:trPr>
          <w:cantSplit/>
          <w:jc w:val="center"/>
        </w:trPr>
        <w:tc>
          <w:tcPr>
            <w:tcW w:w="935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501E7A72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A</w:t>
            </w:r>
          </w:p>
        </w:tc>
        <w:tc>
          <w:tcPr>
            <w:tcW w:w="623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3C4C4719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 w:rsidRPr="002E0C39">
              <w:rPr>
                <w:rFonts w:eastAsia="MS Mincho" w:cs="Arial"/>
                <w:szCs w:val="20"/>
              </w:rPr>
              <w:t>Osnovna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cijena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jednog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izdanja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(58.500 </w:t>
            </w:r>
            <w:proofErr w:type="spellStart"/>
            <w:r w:rsidRPr="002E0C39">
              <w:rPr>
                <w:rFonts w:eastAsia="MS Mincho" w:cs="Arial"/>
                <w:szCs w:val="20"/>
              </w:rPr>
              <w:t>primjeraka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, 100 </w:t>
            </w:r>
            <w:proofErr w:type="spellStart"/>
            <w:r w:rsidRPr="002E0C39">
              <w:rPr>
                <w:rFonts w:eastAsia="MS Mincho" w:cs="Arial"/>
                <w:szCs w:val="20"/>
              </w:rPr>
              <w:t>stranica</w:t>
            </w:r>
            <w:proofErr w:type="spellEnd"/>
            <w:r w:rsidRPr="002E0C39">
              <w:rPr>
                <w:rFonts w:eastAsia="MS Mincho" w:cs="Arial"/>
                <w:szCs w:val="20"/>
              </w:rPr>
              <w:t>)</w:t>
            </w:r>
          </w:p>
        </w:tc>
        <w:tc>
          <w:tcPr>
            <w:tcW w:w="246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55506232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________________</w:t>
            </w:r>
          </w:p>
        </w:tc>
      </w:tr>
      <w:tr w:rsidR="002E0C39" w:rsidRPr="002E0C39" w14:paraId="3764A396" w14:textId="77777777">
        <w:trPr>
          <w:cantSplit/>
          <w:jc w:val="center"/>
        </w:trPr>
        <w:tc>
          <w:tcPr>
            <w:tcW w:w="935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shd w:val="clear" w:color="auto" w:fill="F8FAFC"/>
            <w:vAlign w:val="center"/>
            <w:hideMark/>
          </w:tcPr>
          <w:p w14:paraId="6C78B9AF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B</w:t>
            </w:r>
          </w:p>
        </w:tc>
        <w:tc>
          <w:tcPr>
            <w:tcW w:w="623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shd w:val="clear" w:color="auto" w:fill="F8FAFC"/>
            <w:vAlign w:val="center"/>
            <w:hideMark/>
          </w:tcPr>
          <w:p w14:paraId="6E785A8B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 w:rsidRPr="002E0C39">
              <w:rPr>
                <w:rFonts w:eastAsia="MS Mincho" w:cs="Arial"/>
                <w:szCs w:val="20"/>
              </w:rPr>
              <w:t>Povećanje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osnovne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cijene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za </w:t>
            </w:r>
            <w:proofErr w:type="spellStart"/>
            <w:r w:rsidRPr="002E0C39">
              <w:rPr>
                <w:rFonts w:eastAsia="MS Mincho" w:cs="Arial"/>
                <w:szCs w:val="20"/>
              </w:rPr>
              <w:t>dodatne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4 </w:t>
            </w:r>
            <w:proofErr w:type="spellStart"/>
            <w:r w:rsidRPr="002E0C39">
              <w:rPr>
                <w:rFonts w:eastAsia="MS Mincho" w:cs="Arial"/>
                <w:szCs w:val="20"/>
              </w:rPr>
              <w:t>stranice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(+4)</w:t>
            </w:r>
          </w:p>
        </w:tc>
        <w:tc>
          <w:tcPr>
            <w:tcW w:w="246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shd w:val="clear" w:color="auto" w:fill="F8FAFC"/>
            <w:vAlign w:val="center"/>
            <w:hideMark/>
          </w:tcPr>
          <w:p w14:paraId="1A367CF6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________________</w:t>
            </w:r>
          </w:p>
        </w:tc>
      </w:tr>
      <w:tr w:rsidR="002E0C39" w:rsidRPr="002E0C39" w14:paraId="701EFA40" w14:textId="77777777">
        <w:trPr>
          <w:cantSplit/>
          <w:jc w:val="center"/>
        </w:trPr>
        <w:tc>
          <w:tcPr>
            <w:tcW w:w="935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2AE49081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C</w:t>
            </w:r>
          </w:p>
        </w:tc>
        <w:tc>
          <w:tcPr>
            <w:tcW w:w="623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1D8864A1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 w:rsidRPr="002E0C39">
              <w:rPr>
                <w:rFonts w:eastAsia="MS Mincho" w:cs="Arial"/>
                <w:szCs w:val="20"/>
              </w:rPr>
              <w:t>Umanjenje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osnovne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cijene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za 4 </w:t>
            </w:r>
            <w:proofErr w:type="spellStart"/>
            <w:r w:rsidRPr="002E0C39">
              <w:rPr>
                <w:rFonts w:eastAsia="MS Mincho" w:cs="Arial"/>
                <w:szCs w:val="20"/>
              </w:rPr>
              <w:t>stranice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(−4)</w:t>
            </w:r>
          </w:p>
        </w:tc>
        <w:tc>
          <w:tcPr>
            <w:tcW w:w="246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14893E12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________________</w:t>
            </w:r>
          </w:p>
        </w:tc>
      </w:tr>
      <w:tr w:rsidR="002E0C39" w:rsidRPr="002E0C39" w14:paraId="686B51F1" w14:textId="77777777">
        <w:trPr>
          <w:cantSplit/>
          <w:jc w:val="center"/>
        </w:trPr>
        <w:tc>
          <w:tcPr>
            <w:tcW w:w="935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shd w:val="clear" w:color="auto" w:fill="F8FAFC"/>
            <w:vAlign w:val="center"/>
            <w:hideMark/>
          </w:tcPr>
          <w:p w14:paraId="6F734E8D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D</w:t>
            </w:r>
          </w:p>
        </w:tc>
        <w:tc>
          <w:tcPr>
            <w:tcW w:w="623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shd w:val="clear" w:color="auto" w:fill="F8FAFC"/>
            <w:vAlign w:val="center"/>
            <w:hideMark/>
          </w:tcPr>
          <w:p w14:paraId="3599673E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 w:rsidRPr="002E0C39">
              <w:rPr>
                <w:rFonts w:eastAsia="MS Mincho" w:cs="Arial"/>
                <w:szCs w:val="20"/>
              </w:rPr>
              <w:t>Povećanje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osnovne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cijene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za </w:t>
            </w:r>
            <w:proofErr w:type="spellStart"/>
            <w:r w:rsidRPr="002E0C39">
              <w:rPr>
                <w:rFonts w:eastAsia="MS Mincho" w:cs="Arial"/>
                <w:szCs w:val="20"/>
              </w:rPr>
              <w:t>dodatnih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1.000 </w:t>
            </w:r>
            <w:proofErr w:type="spellStart"/>
            <w:r w:rsidRPr="002E0C39">
              <w:rPr>
                <w:rFonts w:eastAsia="MS Mincho" w:cs="Arial"/>
                <w:szCs w:val="20"/>
              </w:rPr>
              <w:t>primjeraka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(+1.000)</w:t>
            </w:r>
          </w:p>
        </w:tc>
        <w:tc>
          <w:tcPr>
            <w:tcW w:w="246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shd w:val="clear" w:color="auto" w:fill="F8FAFC"/>
            <w:vAlign w:val="center"/>
            <w:hideMark/>
          </w:tcPr>
          <w:p w14:paraId="591A7E47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________________</w:t>
            </w:r>
          </w:p>
        </w:tc>
      </w:tr>
      <w:tr w:rsidR="002E0C39" w:rsidRPr="002E0C39" w14:paraId="6F5D636E" w14:textId="77777777">
        <w:trPr>
          <w:cantSplit/>
          <w:jc w:val="center"/>
        </w:trPr>
        <w:tc>
          <w:tcPr>
            <w:tcW w:w="935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783376D2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E</w:t>
            </w:r>
          </w:p>
        </w:tc>
        <w:tc>
          <w:tcPr>
            <w:tcW w:w="623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6962422F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 w:rsidRPr="002E0C39">
              <w:rPr>
                <w:rFonts w:eastAsia="MS Mincho" w:cs="Arial"/>
                <w:szCs w:val="20"/>
              </w:rPr>
              <w:t>Umanjenje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osnovne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szCs w:val="20"/>
              </w:rPr>
              <w:t>cijene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za 1.000 </w:t>
            </w:r>
            <w:proofErr w:type="spellStart"/>
            <w:r w:rsidRPr="002E0C39">
              <w:rPr>
                <w:rFonts w:eastAsia="MS Mincho" w:cs="Arial"/>
                <w:szCs w:val="20"/>
              </w:rPr>
              <w:t>primjeraka</w:t>
            </w:r>
            <w:proofErr w:type="spellEnd"/>
            <w:r w:rsidRPr="002E0C39">
              <w:rPr>
                <w:rFonts w:eastAsia="MS Mincho" w:cs="Arial"/>
                <w:szCs w:val="20"/>
              </w:rPr>
              <w:t xml:space="preserve"> (−1.000)</w:t>
            </w:r>
          </w:p>
        </w:tc>
        <w:tc>
          <w:tcPr>
            <w:tcW w:w="2466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7991F47D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________________</w:t>
            </w:r>
          </w:p>
        </w:tc>
      </w:tr>
    </w:tbl>
    <w:p w14:paraId="25A907FD" w14:textId="5F483ABF" w:rsidR="002E0C39" w:rsidRPr="002E0C39" w:rsidRDefault="002E0C39" w:rsidP="002E0C39">
      <w:pPr>
        <w:spacing w:before="80" w:line="256" w:lineRule="auto"/>
        <w:rPr>
          <w:rFonts w:eastAsia="MS Mincho" w:cs="Arial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4989"/>
      </w:tblGrid>
      <w:tr w:rsidR="002E0C39" w:rsidRPr="002E0C39" w14:paraId="77221E37" w14:textId="77777777">
        <w:trPr>
          <w:cantSplit/>
          <w:jc w:val="center"/>
        </w:trPr>
        <w:tc>
          <w:tcPr>
            <w:tcW w:w="4649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60A4344C" w14:textId="4577171C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 w:rsidRPr="002E0C39">
              <w:rPr>
                <w:rFonts w:eastAsia="MS Mincho" w:cs="Arial"/>
                <w:b/>
                <w:szCs w:val="20"/>
              </w:rPr>
              <w:t>Ukupna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eastAsia="MS Mincho" w:cs="Arial"/>
                <w:b/>
                <w:szCs w:val="20"/>
              </w:rPr>
              <w:t>o</w:t>
            </w:r>
            <w:r w:rsidRPr="002E0C39">
              <w:rPr>
                <w:rFonts w:eastAsia="MS Mincho" w:cs="Arial"/>
                <w:b/>
                <w:szCs w:val="20"/>
              </w:rPr>
              <w:t>snovna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b/>
                <w:szCs w:val="20"/>
              </w:rPr>
              <w:t>cijena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b/>
                <w:szCs w:val="20"/>
              </w:rPr>
              <w:t>jednog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b/>
                <w:szCs w:val="20"/>
              </w:rPr>
              <w:t>izdanja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bez PDV-a</w:t>
            </w:r>
          </w:p>
        </w:tc>
        <w:tc>
          <w:tcPr>
            <w:tcW w:w="4989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16773B14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____________________________ EUR</w:t>
            </w:r>
          </w:p>
        </w:tc>
      </w:tr>
      <w:tr w:rsidR="002E0C39" w:rsidRPr="002E0C39" w14:paraId="70CE7AB9" w14:textId="77777777">
        <w:trPr>
          <w:cantSplit/>
          <w:jc w:val="center"/>
        </w:trPr>
        <w:tc>
          <w:tcPr>
            <w:tcW w:w="4649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72EE2DC5" w14:textId="5D846980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>
              <w:rPr>
                <w:rFonts w:eastAsia="MS Mincho" w:cs="Arial"/>
                <w:b/>
                <w:szCs w:val="20"/>
              </w:rPr>
              <w:t>Iznos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PDV-a</w:t>
            </w:r>
          </w:p>
        </w:tc>
        <w:tc>
          <w:tcPr>
            <w:tcW w:w="4989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365EE045" w14:textId="59FD2383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__________________ EUR</w:t>
            </w:r>
          </w:p>
        </w:tc>
      </w:tr>
      <w:tr w:rsidR="002E0C39" w:rsidRPr="002E0C39" w14:paraId="6A6C53DA" w14:textId="77777777">
        <w:trPr>
          <w:cantSplit/>
          <w:jc w:val="center"/>
        </w:trPr>
        <w:tc>
          <w:tcPr>
            <w:tcW w:w="4649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3C470C3C" w14:textId="67C70AFB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proofErr w:type="spellStart"/>
            <w:r w:rsidRPr="002E0C39">
              <w:rPr>
                <w:rFonts w:eastAsia="MS Mincho" w:cs="Arial"/>
                <w:b/>
                <w:szCs w:val="20"/>
              </w:rPr>
              <w:t>Ukupna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eastAsia="MS Mincho" w:cs="Arial"/>
                <w:b/>
                <w:szCs w:val="20"/>
              </w:rPr>
              <w:t>o</w:t>
            </w:r>
            <w:r w:rsidRPr="002E0C39">
              <w:rPr>
                <w:rFonts w:eastAsia="MS Mincho" w:cs="Arial"/>
                <w:b/>
                <w:szCs w:val="20"/>
              </w:rPr>
              <w:t>snovna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</w:t>
            </w:r>
            <w:proofErr w:type="spellStart"/>
            <w:r w:rsidRPr="002E0C39">
              <w:rPr>
                <w:rFonts w:eastAsia="MS Mincho" w:cs="Arial"/>
                <w:b/>
                <w:szCs w:val="20"/>
              </w:rPr>
              <w:t>cijena</w:t>
            </w:r>
            <w:proofErr w:type="spellEnd"/>
            <w:r w:rsidRPr="002E0C39">
              <w:rPr>
                <w:rFonts w:eastAsia="MS Mincho" w:cs="Arial"/>
                <w:b/>
                <w:szCs w:val="20"/>
              </w:rPr>
              <w:t xml:space="preserve"> s PDV-om</w:t>
            </w:r>
          </w:p>
        </w:tc>
        <w:tc>
          <w:tcPr>
            <w:tcW w:w="4989" w:type="dxa"/>
            <w:tcBorders>
              <w:top w:val="single" w:sz="4" w:space="0" w:color="CCD4DA"/>
              <w:left w:val="single" w:sz="4" w:space="0" w:color="CCD4DA"/>
              <w:bottom w:val="single" w:sz="4" w:space="0" w:color="CCD4DA"/>
              <w:right w:val="single" w:sz="4" w:space="0" w:color="CCD4DA"/>
            </w:tcBorders>
            <w:vAlign w:val="center"/>
            <w:hideMark/>
          </w:tcPr>
          <w:p w14:paraId="0CAD2B8C" w14:textId="77777777" w:rsidR="002E0C39" w:rsidRPr="002E0C39" w:rsidRDefault="002E0C39" w:rsidP="002E0C39">
            <w:pPr>
              <w:spacing w:before="20" w:after="20" w:line="244" w:lineRule="auto"/>
              <w:rPr>
                <w:rFonts w:eastAsia="MS Mincho" w:cs="Arial"/>
                <w:szCs w:val="20"/>
              </w:rPr>
            </w:pPr>
            <w:r w:rsidRPr="002E0C39">
              <w:rPr>
                <w:rFonts w:eastAsia="MS Mincho" w:cs="Arial"/>
                <w:szCs w:val="20"/>
              </w:rPr>
              <w:t>____________________________ EUR</w:t>
            </w:r>
          </w:p>
        </w:tc>
      </w:tr>
    </w:tbl>
    <w:p w14:paraId="6D9F72A1" w14:textId="71028946" w:rsidR="002E0C39" w:rsidRPr="002E0C39" w:rsidRDefault="002E0C39" w:rsidP="002E0C39">
      <w:pPr>
        <w:spacing w:after="40" w:line="256" w:lineRule="auto"/>
        <w:ind w:left="198" w:hanging="136"/>
        <w:rPr>
          <w:rFonts w:eastAsia="MS Mincho" w:cs="Arial"/>
          <w:szCs w:val="20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72"/>
        <w:gridCol w:w="4932"/>
      </w:tblGrid>
      <w:tr w:rsidR="00D21ABE" w:rsidRPr="002E0C39" w14:paraId="521FDEEB" w14:textId="77777777">
        <w:trPr>
          <w:jc w:val="center"/>
        </w:trPr>
        <w:tc>
          <w:tcPr>
            <w:tcW w:w="52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566F75" w14:textId="77777777" w:rsidR="002E0C39" w:rsidRDefault="002E0C39">
            <w:pPr>
              <w:spacing w:after="0"/>
              <w:rPr>
                <w:rFonts w:cs="Arial"/>
                <w:szCs w:val="20"/>
              </w:rPr>
            </w:pPr>
          </w:p>
          <w:p w14:paraId="460F6977" w14:textId="77777777" w:rsidR="002E0C39" w:rsidRDefault="002E0C39">
            <w:pPr>
              <w:spacing w:after="0"/>
              <w:rPr>
                <w:rFonts w:cs="Arial"/>
                <w:szCs w:val="20"/>
              </w:rPr>
            </w:pPr>
          </w:p>
          <w:p w14:paraId="53383CE5" w14:textId="77777777" w:rsidR="002E0C39" w:rsidRDefault="002E0C39">
            <w:pPr>
              <w:spacing w:after="0"/>
              <w:rPr>
                <w:rFonts w:cs="Arial"/>
                <w:szCs w:val="20"/>
              </w:rPr>
            </w:pPr>
          </w:p>
          <w:p w14:paraId="76916C6C" w14:textId="5BFEA622" w:rsidR="00D21ABE" w:rsidRPr="002E0C39" w:rsidRDefault="00000000">
            <w:pPr>
              <w:spacing w:after="0"/>
              <w:rPr>
                <w:rFonts w:cs="Arial"/>
                <w:szCs w:val="20"/>
              </w:rPr>
            </w:pPr>
            <w:proofErr w:type="spellStart"/>
            <w:r w:rsidRPr="002E0C39">
              <w:rPr>
                <w:rFonts w:cs="Arial"/>
                <w:szCs w:val="20"/>
              </w:rPr>
              <w:t>Mjesto</w:t>
            </w:r>
            <w:proofErr w:type="spellEnd"/>
            <w:r w:rsidRPr="002E0C39">
              <w:rPr>
                <w:rFonts w:cs="Arial"/>
                <w:szCs w:val="20"/>
              </w:rPr>
              <w:t xml:space="preserve"> </w:t>
            </w:r>
            <w:proofErr w:type="spellStart"/>
            <w:r w:rsidRPr="002E0C39">
              <w:rPr>
                <w:rFonts w:cs="Arial"/>
                <w:szCs w:val="20"/>
              </w:rPr>
              <w:t>i</w:t>
            </w:r>
            <w:proofErr w:type="spellEnd"/>
            <w:r w:rsidRPr="002E0C39">
              <w:rPr>
                <w:rFonts w:cs="Arial"/>
                <w:szCs w:val="20"/>
              </w:rPr>
              <w:t xml:space="preserve"> datum: ___________________________</w:t>
            </w:r>
          </w:p>
        </w:tc>
        <w:tc>
          <w:tcPr>
            <w:tcW w:w="49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CEE42" w14:textId="77777777" w:rsidR="002E0C39" w:rsidRDefault="00000000">
            <w:pPr>
              <w:spacing w:after="0"/>
              <w:jc w:val="right"/>
              <w:rPr>
                <w:rFonts w:cs="Arial"/>
                <w:szCs w:val="20"/>
              </w:rPr>
            </w:pPr>
            <w:r w:rsidRPr="002E0C39">
              <w:rPr>
                <w:rFonts w:cs="Arial"/>
                <w:szCs w:val="20"/>
              </w:rPr>
              <w:t xml:space="preserve">Za </w:t>
            </w:r>
            <w:proofErr w:type="spellStart"/>
            <w:r w:rsidRPr="002E0C39">
              <w:rPr>
                <w:rFonts w:cs="Arial"/>
                <w:szCs w:val="20"/>
              </w:rPr>
              <w:t>ponuditelja</w:t>
            </w:r>
            <w:proofErr w:type="spellEnd"/>
            <w:r w:rsidRPr="002E0C39">
              <w:rPr>
                <w:rFonts w:cs="Arial"/>
                <w:szCs w:val="20"/>
              </w:rPr>
              <w:t>:</w:t>
            </w:r>
          </w:p>
          <w:p w14:paraId="19D7ED29" w14:textId="77777777" w:rsidR="002E0C39" w:rsidRDefault="00000000">
            <w:pPr>
              <w:spacing w:after="0"/>
              <w:jc w:val="right"/>
              <w:rPr>
                <w:rFonts w:cs="Arial"/>
                <w:szCs w:val="20"/>
              </w:rPr>
            </w:pPr>
            <w:r w:rsidRPr="002E0C39">
              <w:rPr>
                <w:rFonts w:cs="Arial"/>
                <w:szCs w:val="20"/>
              </w:rPr>
              <w:br/>
            </w:r>
          </w:p>
          <w:p w14:paraId="43F96837" w14:textId="2F84EF2A" w:rsidR="00D21ABE" w:rsidRPr="002E0C39" w:rsidRDefault="00000000">
            <w:pPr>
              <w:spacing w:after="0"/>
              <w:jc w:val="right"/>
              <w:rPr>
                <w:rFonts w:cs="Arial"/>
                <w:szCs w:val="20"/>
              </w:rPr>
            </w:pPr>
            <w:r w:rsidRPr="002E0C39">
              <w:rPr>
                <w:rFonts w:cs="Arial"/>
                <w:szCs w:val="20"/>
              </w:rPr>
              <w:br/>
              <w:t>_____________________</w:t>
            </w:r>
            <w:r w:rsidRPr="002E0C39">
              <w:rPr>
                <w:rFonts w:cs="Arial"/>
                <w:szCs w:val="20"/>
              </w:rPr>
              <w:br/>
              <w:t>(potpis, pečat)</w:t>
            </w:r>
          </w:p>
        </w:tc>
      </w:tr>
    </w:tbl>
    <w:p w14:paraId="2BB7CE84" w14:textId="77777777" w:rsidR="001E1712" w:rsidRPr="002E0C39" w:rsidRDefault="001E1712" w:rsidP="002E0C39">
      <w:pPr>
        <w:rPr>
          <w:rFonts w:cs="Arial"/>
          <w:szCs w:val="20"/>
        </w:rPr>
      </w:pPr>
    </w:p>
    <w:sectPr w:rsidR="001E1712" w:rsidRPr="002E0C39" w:rsidSect="00034616">
      <w:pgSz w:w="12240" w:h="15840"/>
      <w:pgMar w:top="680" w:right="709" w:bottom="68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1812119">
    <w:abstractNumId w:val="8"/>
  </w:num>
  <w:num w:numId="2" w16cid:durableId="1233661122">
    <w:abstractNumId w:val="6"/>
  </w:num>
  <w:num w:numId="3" w16cid:durableId="1543403726">
    <w:abstractNumId w:val="5"/>
  </w:num>
  <w:num w:numId="4" w16cid:durableId="359162092">
    <w:abstractNumId w:val="4"/>
  </w:num>
  <w:num w:numId="5" w16cid:durableId="1841388894">
    <w:abstractNumId w:val="7"/>
  </w:num>
  <w:num w:numId="6" w16cid:durableId="797989341">
    <w:abstractNumId w:val="3"/>
  </w:num>
  <w:num w:numId="7" w16cid:durableId="2052607537">
    <w:abstractNumId w:val="2"/>
  </w:num>
  <w:num w:numId="8" w16cid:durableId="1587299894">
    <w:abstractNumId w:val="1"/>
  </w:num>
  <w:num w:numId="9" w16cid:durableId="100802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712"/>
    <w:rsid w:val="0029639D"/>
    <w:rsid w:val="002E0C39"/>
    <w:rsid w:val="00326F90"/>
    <w:rsid w:val="00591D52"/>
    <w:rsid w:val="00AA1D8D"/>
    <w:rsid w:val="00B47730"/>
    <w:rsid w:val="00CB0664"/>
    <w:rsid w:val="00D21A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52C6B5"/>
  <w14:defaultImageDpi w14:val="300"/>
  <w15:docId w15:val="{F7DCF453-2920-4B67-AC19-C439B369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Hrvatski Lovački Savez</cp:lastModifiedBy>
  <cp:revision>2</cp:revision>
  <dcterms:created xsi:type="dcterms:W3CDTF">2013-12-23T23:15:00Z</dcterms:created>
  <dcterms:modified xsi:type="dcterms:W3CDTF">2026-09-30T09:24:00Z</dcterms:modified>
  <cp:category/>
</cp:coreProperties>
</file>