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B03CD" w14:textId="77777777" w:rsidR="00E543ED" w:rsidRDefault="00000000">
      <w:pPr>
        <w:spacing w:after="0"/>
        <w:jc w:val="right"/>
      </w:pPr>
      <w:r>
        <w:rPr>
          <w:b/>
          <w:i/>
        </w:rPr>
        <w:t>Prilog 1</w:t>
      </w:r>
    </w:p>
    <w:p w14:paraId="74FD92D5" w14:textId="77777777" w:rsidR="00E543ED" w:rsidRDefault="00000000">
      <w:pPr>
        <w:spacing w:after="0"/>
      </w:pPr>
      <w:r>
        <w:rPr>
          <w:noProof/>
        </w:rPr>
        <w:drawing>
          <wp:inline distT="0" distB="0" distL="0" distR="0" wp14:anchorId="3F630FCF" wp14:editId="566244C6">
            <wp:extent cx="630000" cy="75082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0000" cy="750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6DA88" w14:textId="77777777" w:rsidR="00E543ED" w:rsidRDefault="00000000">
      <w:pPr>
        <w:spacing w:after="0"/>
      </w:pPr>
      <w:r>
        <w:rPr>
          <w:b/>
          <w:sz w:val="22"/>
        </w:rPr>
        <w:t>HRVATSKI LOVAČKI SAVEZ</w:t>
      </w:r>
    </w:p>
    <w:p w14:paraId="1F2A75A4" w14:textId="77777777" w:rsidR="00E543ED" w:rsidRDefault="00000000">
      <w:pPr>
        <w:spacing w:after="0"/>
      </w:pPr>
      <w:r>
        <w:t>Vladimira Nazora 63,</w:t>
      </w:r>
    </w:p>
    <w:p w14:paraId="3AEFCD13" w14:textId="77777777" w:rsidR="00E543ED" w:rsidRDefault="00000000">
      <w:pPr>
        <w:spacing w:after="0"/>
      </w:pPr>
      <w:r>
        <w:t>10000 Zagreb</w:t>
      </w:r>
    </w:p>
    <w:p w14:paraId="1C9B2A18" w14:textId="77777777" w:rsidR="00E543ED" w:rsidRDefault="00000000">
      <w:pPr>
        <w:spacing w:before="160" w:after="40"/>
        <w:jc w:val="center"/>
      </w:pPr>
      <w:r>
        <w:rPr>
          <w:b/>
          <w:sz w:val="24"/>
        </w:rPr>
        <w:t>PRILOG 1 – PONUDBENI LIST</w:t>
      </w:r>
    </w:p>
    <w:p w14:paraId="07AAAC8B" w14:textId="77777777" w:rsidR="00E543ED" w:rsidRDefault="00000000">
      <w:pPr>
        <w:spacing w:after="40"/>
      </w:pPr>
      <w:r>
        <w:rPr>
          <w:b/>
        </w:rPr>
        <w:t xml:space="preserve">Predmet nabave: </w:t>
      </w:r>
      <w:r>
        <w:t>Usluga tiska, dorade i pojedinačnog foliranja časopisa „Lovački vjesnik“</w:t>
      </w:r>
    </w:p>
    <w:p w14:paraId="39AA1176" w14:textId="1C383E17" w:rsidR="00E543ED" w:rsidRDefault="00000000">
      <w:pPr>
        <w:spacing w:after="160"/>
        <w:rPr>
          <w:b/>
        </w:rPr>
      </w:pPr>
      <w:proofErr w:type="spellStart"/>
      <w:r>
        <w:rPr>
          <w:b/>
        </w:rPr>
        <w:t>Evidencijski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broj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nabave</w:t>
      </w:r>
      <w:proofErr w:type="spellEnd"/>
      <w:r>
        <w:rPr>
          <w:b/>
        </w:rPr>
        <w:t>: N</w:t>
      </w:r>
      <w:r w:rsidR="00DB180F">
        <w:rPr>
          <w:b/>
        </w:rPr>
        <w:t>-</w:t>
      </w:r>
      <w:r>
        <w:rPr>
          <w:b/>
        </w:rPr>
        <w:t>5/26</w:t>
      </w:r>
    </w:p>
    <w:p w14:paraId="4C6CA1DA" w14:textId="52259DD0" w:rsidR="00E543ED" w:rsidRPr="007658D1" w:rsidRDefault="00000000" w:rsidP="007658D1">
      <w:pPr>
        <w:pStyle w:val="Odlomakpopisa"/>
        <w:numPr>
          <w:ilvl w:val="0"/>
          <w:numId w:val="10"/>
        </w:numPr>
        <w:spacing w:after="80"/>
        <w:rPr>
          <w:b/>
        </w:rPr>
      </w:pPr>
      <w:r w:rsidRPr="007658D1">
        <w:rPr>
          <w:b/>
        </w:rPr>
        <w:t>PODACI O PONUDITELJU</w:t>
      </w:r>
    </w:p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7200"/>
      </w:tblGrid>
      <w:tr w:rsidR="00E543ED" w14:paraId="18722A68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89F4B2" w14:textId="77777777" w:rsidR="00E543ED" w:rsidRDefault="00000000">
            <w:pPr>
              <w:spacing w:after="0"/>
            </w:pPr>
            <w:r>
              <w:rPr>
                <w:sz w:val="19"/>
              </w:rPr>
              <w:t>Naziv ponuditelja:</w:t>
            </w:r>
          </w:p>
        </w:tc>
        <w:tc>
          <w:tcPr>
            <w:tcW w:w="7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7D3BF7" w14:textId="77777777" w:rsidR="00E543ED" w:rsidRDefault="00E543ED">
            <w:pPr>
              <w:spacing w:after="0"/>
            </w:pPr>
          </w:p>
        </w:tc>
      </w:tr>
      <w:tr w:rsidR="00E543ED" w14:paraId="30A1EE11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D189AE" w14:textId="77777777" w:rsidR="00E543ED" w:rsidRDefault="00000000">
            <w:pPr>
              <w:spacing w:after="0"/>
            </w:pPr>
            <w:r>
              <w:rPr>
                <w:sz w:val="19"/>
              </w:rPr>
              <w:t>Sjedište / adresa:</w:t>
            </w:r>
          </w:p>
        </w:tc>
        <w:tc>
          <w:tcPr>
            <w:tcW w:w="7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9BD75C" w14:textId="77777777" w:rsidR="00E543ED" w:rsidRDefault="00E543ED">
            <w:pPr>
              <w:spacing w:after="0"/>
            </w:pPr>
          </w:p>
        </w:tc>
      </w:tr>
      <w:tr w:rsidR="00E543ED" w14:paraId="41A9962A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36CF93" w14:textId="77777777" w:rsidR="00E543ED" w:rsidRDefault="00000000">
            <w:pPr>
              <w:spacing w:after="0"/>
            </w:pPr>
            <w:r>
              <w:rPr>
                <w:sz w:val="19"/>
              </w:rPr>
              <w:t>OIB:</w:t>
            </w:r>
          </w:p>
        </w:tc>
        <w:tc>
          <w:tcPr>
            <w:tcW w:w="7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C62C99" w14:textId="77777777" w:rsidR="00E543ED" w:rsidRDefault="00E543ED">
            <w:pPr>
              <w:spacing w:after="0"/>
            </w:pPr>
          </w:p>
        </w:tc>
      </w:tr>
      <w:tr w:rsidR="007658D1" w14:paraId="3792BAC1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B38625" w14:textId="7D668DB3" w:rsidR="007658D1" w:rsidRDefault="007658D1">
            <w:pPr>
              <w:spacing w:after="0"/>
              <w:rPr>
                <w:sz w:val="19"/>
              </w:rPr>
            </w:pPr>
            <w:r>
              <w:rPr>
                <w:sz w:val="19"/>
              </w:rPr>
              <w:t>IBAN:</w:t>
            </w:r>
          </w:p>
        </w:tc>
        <w:tc>
          <w:tcPr>
            <w:tcW w:w="7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2E056C" w14:textId="77777777" w:rsidR="007658D1" w:rsidRDefault="007658D1">
            <w:pPr>
              <w:spacing w:after="0"/>
            </w:pPr>
          </w:p>
        </w:tc>
      </w:tr>
      <w:tr w:rsidR="00E543ED" w14:paraId="1921323E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F2A605" w14:textId="18CEE0E0" w:rsidR="00E543ED" w:rsidRDefault="007658D1">
            <w:pPr>
              <w:spacing w:after="0"/>
            </w:pPr>
            <w:r w:rsidRPr="007658D1">
              <w:rPr>
                <w:sz w:val="19"/>
              </w:rPr>
              <w:t xml:space="preserve">Osoba za </w:t>
            </w:r>
            <w:proofErr w:type="spellStart"/>
            <w:r w:rsidRPr="007658D1">
              <w:rPr>
                <w:sz w:val="19"/>
              </w:rPr>
              <w:t>kontakt</w:t>
            </w:r>
            <w:proofErr w:type="spellEnd"/>
            <w:r>
              <w:rPr>
                <w:sz w:val="19"/>
              </w:rPr>
              <w:t>:</w:t>
            </w:r>
          </w:p>
        </w:tc>
        <w:tc>
          <w:tcPr>
            <w:tcW w:w="7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D7E2B5" w14:textId="77777777" w:rsidR="00E543ED" w:rsidRDefault="00E543ED">
            <w:pPr>
              <w:spacing w:after="0"/>
            </w:pPr>
          </w:p>
        </w:tc>
      </w:tr>
      <w:tr w:rsidR="00E543ED" w14:paraId="36558080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912AFF" w14:textId="77777777" w:rsidR="00E543ED" w:rsidRDefault="00000000">
            <w:pPr>
              <w:spacing w:after="0"/>
            </w:pPr>
            <w:r>
              <w:rPr>
                <w:sz w:val="19"/>
              </w:rPr>
              <w:t>Telefon:</w:t>
            </w:r>
          </w:p>
        </w:tc>
        <w:tc>
          <w:tcPr>
            <w:tcW w:w="7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2B5480" w14:textId="77777777" w:rsidR="00E543ED" w:rsidRDefault="00E543ED">
            <w:pPr>
              <w:spacing w:after="0"/>
            </w:pPr>
          </w:p>
        </w:tc>
      </w:tr>
      <w:tr w:rsidR="00E543ED" w14:paraId="72187142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2F8BB7" w14:textId="77777777" w:rsidR="00E543ED" w:rsidRDefault="00000000">
            <w:pPr>
              <w:spacing w:after="0"/>
            </w:pPr>
            <w:r>
              <w:rPr>
                <w:sz w:val="19"/>
              </w:rPr>
              <w:t>E-mail:</w:t>
            </w:r>
          </w:p>
        </w:tc>
        <w:tc>
          <w:tcPr>
            <w:tcW w:w="7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0F9D76" w14:textId="77777777" w:rsidR="00E543ED" w:rsidRDefault="00E543ED">
            <w:pPr>
              <w:spacing w:after="0"/>
            </w:pPr>
          </w:p>
        </w:tc>
      </w:tr>
      <w:tr w:rsidR="007658D1" w14:paraId="17E47E03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46C42A" w14:textId="4A75EB9C" w:rsidR="007658D1" w:rsidRDefault="007658D1">
            <w:pPr>
              <w:spacing w:after="0"/>
              <w:rPr>
                <w:sz w:val="19"/>
              </w:rPr>
            </w:pPr>
            <w:proofErr w:type="spellStart"/>
            <w:r>
              <w:rPr>
                <w:sz w:val="19"/>
              </w:rPr>
              <w:t>Broj</w:t>
            </w:r>
            <w:proofErr w:type="spellEnd"/>
            <w:r>
              <w:rPr>
                <w:sz w:val="19"/>
              </w:rPr>
              <w:t xml:space="preserve"> I datum </w:t>
            </w:r>
            <w:proofErr w:type="spellStart"/>
            <w:r>
              <w:rPr>
                <w:sz w:val="19"/>
              </w:rPr>
              <w:t>ponude</w:t>
            </w:r>
            <w:proofErr w:type="spellEnd"/>
            <w:r>
              <w:rPr>
                <w:sz w:val="19"/>
              </w:rPr>
              <w:t>:</w:t>
            </w:r>
          </w:p>
        </w:tc>
        <w:tc>
          <w:tcPr>
            <w:tcW w:w="7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E03881" w14:textId="77777777" w:rsidR="007658D1" w:rsidRDefault="007658D1">
            <w:pPr>
              <w:spacing w:after="0"/>
            </w:pPr>
          </w:p>
        </w:tc>
      </w:tr>
    </w:tbl>
    <w:p w14:paraId="2EBDF66D" w14:textId="4F7F48D8" w:rsidR="00E543ED" w:rsidRDefault="007658D1" w:rsidP="007658D1">
      <w:pPr>
        <w:pStyle w:val="Odlomakpopisa"/>
        <w:numPr>
          <w:ilvl w:val="0"/>
          <w:numId w:val="10"/>
        </w:numPr>
        <w:spacing w:before="160" w:after="80"/>
      </w:pPr>
      <w:r>
        <w:rPr>
          <w:b/>
        </w:rPr>
        <w:t xml:space="preserve">PODACI O CIJENI </w:t>
      </w:r>
      <w:r w:rsidR="00000000" w:rsidRPr="007658D1">
        <w:rPr>
          <w:b/>
        </w:rPr>
        <w:t>PONUD</w:t>
      </w:r>
      <w:r>
        <w:rPr>
          <w:b/>
        </w:rPr>
        <w:t>E</w:t>
      </w:r>
    </w:p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73"/>
        <w:gridCol w:w="3175"/>
      </w:tblGrid>
      <w:tr w:rsidR="00E543ED" w14:paraId="506C81AF" w14:textId="77777777">
        <w:trPr>
          <w:jc w:val="center"/>
        </w:trPr>
        <w:tc>
          <w:tcPr>
            <w:tcW w:w="697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A3880B" w14:textId="35333692" w:rsidR="00E543ED" w:rsidRDefault="007658D1">
            <w:pPr>
              <w:spacing w:after="0"/>
            </w:pPr>
            <w:proofErr w:type="spellStart"/>
            <w:r w:rsidRPr="007658D1">
              <w:rPr>
                <w:sz w:val="18"/>
              </w:rPr>
              <w:t>Ukupna</w:t>
            </w:r>
            <w:proofErr w:type="spellEnd"/>
            <w:r w:rsidRPr="007658D1">
              <w:rPr>
                <w:sz w:val="18"/>
              </w:rPr>
              <w:t xml:space="preserve"> </w:t>
            </w:r>
            <w:proofErr w:type="spellStart"/>
            <w:r w:rsidRPr="007658D1">
              <w:rPr>
                <w:sz w:val="18"/>
              </w:rPr>
              <w:t>usporediva</w:t>
            </w:r>
            <w:proofErr w:type="spellEnd"/>
            <w:r w:rsidRPr="007658D1">
              <w:rPr>
                <w:sz w:val="18"/>
              </w:rPr>
              <w:t xml:space="preserve"> </w:t>
            </w:r>
            <w:proofErr w:type="spellStart"/>
            <w:r w:rsidRPr="007658D1">
              <w:rPr>
                <w:sz w:val="18"/>
              </w:rPr>
              <w:t>cijena</w:t>
            </w:r>
            <w:proofErr w:type="spellEnd"/>
            <w:r w:rsidRPr="007658D1">
              <w:rPr>
                <w:sz w:val="18"/>
              </w:rPr>
              <w:t xml:space="preserve"> bez PDV-a</w:t>
            </w:r>
            <w:r w:rsidRPr="007658D1">
              <w:rPr>
                <w:sz w:val="18"/>
              </w:rPr>
              <w:t xml:space="preserve"> </w:t>
            </w:r>
            <w:r w:rsidR="00000000">
              <w:rPr>
                <w:sz w:val="18"/>
              </w:rPr>
              <w:t>(EUR)</w:t>
            </w:r>
          </w:p>
        </w:tc>
        <w:tc>
          <w:tcPr>
            <w:tcW w:w="317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A6DCAC" w14:textId="77777777" w:rsidR="00E543ED" w:rsidRDefault="00E543ED">
            <w:pPr>
              <w:spacing w:after="0"/>
              <w:jc w:val="center"/>
            </w:pPr>
          </w:p>
        </w:tc>
      </w:tr>
      <w:tr w:rsidR="00E543ED" w14:paraId="6E015480" w14:textId="77777777">
        <w:trPr>
          <w:jc w:val="center"/>
        </w:trPr>
        <w:tc>
          <w:tcPr>
            <w:tcW w:w="697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B7F030" w14:textId="77777777" w:rsidR="00E543ED" w:rsidRDefault="00000000">
            <w:pPr>
              <w:spacing w:after="0"/>
            </w:pPr>
            <w:r>
              <w:rPr>
                <w:sz w:val="18"/>
              </w:rPr>
              <w:t>PDV (EUR)</w:t>
            </w:r>
          </w:p>
        </w:tc>
        <w:tc>
          <w:tcPr>
            <w:tcW w:w="317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864491" w14:textId="77777777" w:rsidR="00E543ED" w:rsidRDefault="00E543ED">
            <w:pPr>
              <w:spacing w:after="0"/>
              <w:jc w:val="center"/>
            </w:pPr>
          </w:p>
        </w:tc>
      </w:tr>
      <w:tr w:rsidR="00E543ED" w14:paraId="015EA65E" w14:textId="77777777">
        <w:trPr>
          <w:jc w:val="center"/>
        </w:trPr>
        <w:tc>
          <w:tcPr>
            <w:tcW w:w="697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13ACEF" w14:textId="77777777" w:rsidR="00E543ED" w:rsidRDefault="00000000">
            <w:pPr>
              <w:spacing w:after="0"/>
            </w:pPr>
            <w:r>
              <w:rPr>
                <w:b/>
                <w:sz w:val="18"/>
              </w:rPr>
              <w:t>Ukupna usporediva cijena ponude s PDV-om (EUR)</w:t>
            </w:r>
          </w:p>
        </w:tc>
        <w:tc>
          <w:tcPr>
            <w:tcW w:w="317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DE1F2C" w14:textId="77777777" w:rsidR="00E543ED" w:rsidRDefault="00E543ED">
            <w:pPr>
              <w:spacing w:after="0"/>
              <w:jc w:val="center"/>
            </w:pPr>
          </w:p>
        </w:tc>
      </w:tr>
    </w:tbl>
    <w:p w14:paraId="09480CCD" w14:textId="4C549AD6" w:rsidR="00E543ED" w:rsidRDefault="00000000">
      <w:pPr>
        <w:spacing w:before="160" w:after="60"/>
      </w:pPr>
      <w:proofErr w:type="spellStart"/>
      <w:r>
        <w:rPr>
          <w:b/>
          <w:sz w:val="18"/>
        </w:rPr>
        <w:t>Napomena</w:t>
      </w:r>
      <w:proofErr w:type="spellEnd"/>
      <w:r>
        <w:rPr>
          <w:b/>
          <w:sz w:val="18"/>
        </w:rPr>
        <w:t xml:space="preserve">: </w:t>
      </w:r>
      <w:proofErr w:type="spellStart"/>
      <w:r w:rsidR="007658D1" w:rsidRPr="007658D1">
        <w:rPr>
          <w:sz w:val="18"/>
        </w:rPr>
        <w:t>Iznosi</w:t>
      </w:r>
      <w:proofErr w:type="spellEnd"/>
      <w:r w:rsidR="007658D1" w:rsidRPr="007658D1">
        <w:rPr>
          <w:sz w:val="18"/>
        </w:rPr>
        <w:t xml:space="preserve"> </w:t>
      </w:r>
      <w:proofErr w:type="spellStart"/>
      <w:r w:rsidR="007658D1" w:rsidRPr="007658D1">
        <w:rPr>
          <w:sz w:val="18"/>
        </w:rPr>
        <w:t>cijene</w:t>
      </w:r>
      <w:proofErr w:type="spellEnd"/>
      <w:r w:rsidR="007658D1" w:rsidRPr="007658D1">
        <w:rPr>
          <w:sz w:val="18"/>
        </w:rPr>
        <w:t xml:space="preserve"> </w:t>
      </w:r>
      <w:proofErr w:type="spellStart"/>
      <w:r w:rsidR="007658D1" w:rsidRPr="007658D1">
        <w:rPr>
          <w:sz w:val="18"/>
        </w:rPr>
        <w:t>preuzimaju</w:t>
      </w:r>
      <w:proofErr w:type="spellEnd"/>
      <w:r w:rsidR="007658D1" w:rsidRPr="007658D1">
        <w:rPr>
          <w:sz w:val="18"/>
        </w:rPr>
        <w:t xml:space="preserve"> se </w:t>
      </w:r>
      <w:proofErr w:type="spellStart"/>
      <w:r w:rsidR="007658D1" w:rsidRPr="007658D1">
        <w:rPr>
          <w:sz w:val="18"/>
        </w:rPr>
        <w:t>iz</w:t>
      </w:r>
      <w:proofErr w:type="spellEnd"/>
      <w:r w:rsidR="007658D1" w:rsidRPr="007658D1">
        <w:rPr>
          <w:sz w:val="18"/>
        </w:rPr>
        <w:t xml:space="preserve"> </w:t>
      </w:r>
      <w:proofErr w:type="spellStart"/>
      <w:r w:rsidR="007658D1" w:rsidRPr="007658D1">
        <w:rPr>
          <w:sz w:val="18"/>
        </w:rPr>
        <w:t>ispunjenog</w:t>
      </w:r>
      <w:proofErr w:type="spellEnd"/>
      <w:r w:rsidR="007658D1" w:rsidRPr="007658D1">
        <w:rPr>
          <w:sz w:val="18"/>
        </w:rPr>
        <w:t xml:space="preserve"> </w:t>
      </w:r>
      <w:proofErr w:type="spellStart"/>
      <w:r w:rsidR="007658D1" w:rsidRPr="007658D1">
        <w:rPr>
          <w:sz w:val="18"/>
        </w:rPr>
        <w:t>Troškovnika</w:t>
      </w:r>
      <w:proofErr w:type="spellEnd"/>
      <w:r w:rsidR="007658D1" w:rsidRPr="007658D1">
        <w:rPr>
          <w:sz w:val="18"/>
        </w:rPr>
        <w:t xml:space="preserve"> (</w:t>
      </w:r>
      <w:proofErr w:type="spellStart"/>
      <w:r w:rsidR="007658D1" w:rsidRPr="007658D1">
        <w:rPr>
          <w:sz w:val="18"/>
        </w:rPr>
        <w:t>Prilog</w:t>
      </w:r>
      <w:proofErr w:type="spellEnd"/>
      <w:r w:rsidR="007658D1" w:rsidRPr="007658D1">
        <w:rPr>
          <w:sz w:val="18"/>
        </w:rPr>
        <w:t xml:space="preserve"> 2). </w:t>
      </w:r>
      <w:proofErr w:type="spellStart"/>
      <w:r w:rsidR="007658D1" w:rsidRPr="007658D1">
        <w:rPr>
          <w:sz w:val="18"/>
        </w:rPr>
        <w:t>Usporediva</w:t>
      </w:r>
      <w:proofErr w:type="spellEnd"/>
      <w:r w:rsidR="007658D1" w:rsidRPr="007658D1">
        <w:rPr>
          <w:sz w:val="18"/>
        </w:rPr>
        <w:t xml:space="preserve"> </w:t>
      </w:r>
      <w:proofErr w:type="spellStart"/>
      <w:r w:rsidR="007658D1" w:rsidRPr="007658D1">
        <w:rPr>
          <w:sz w:val="18"/>
        </w:rPr>
        <w:t>cijena</w:t>
      </w:r>
      <w:proofErr w:type="spellEnd"/>
      <w:r w:rsidR="007658D1" w:rsidRPr="007658D1">
        <w:rPr>
          <w:sz w:val="18"/>
        </w:rPr>
        <w:t xml:space="preserve"> </w:t>
      </w:r>
      <w:proofErr w:type="spellStart"/>
      <w:r w:rsidR="007658D1" w:rsidRPr="007658D1">
        <w:rPr>
          <w:sz w:val="18"/>
        </w:rPr>
        <w:t>služi</w:t>
      </w:r>
      <w:proofErr w:type="spellEnd"/>
      <w:r w:rsidR="007658D1" w:rsidRPr="007658D1">
        <w:rPr>
          <w:sz w:val="18"/>
        </w:rPr>
        <w:t xml:space="preserve"> </w:t>
      </w:r>
      <w:proofErr w:type="spellStart"/>
      <w:r w:rsidR="007658D1" w:rsidRPr="007658D1">
        <w:rPr>
          <w:sz w:val="18"/>
        </w:rPr>
        <w:t>isključivo</w:t>
      </w:r>
      <w:proofErr w:type="spellEnd"/>
      <w:r w:rsidR="007658D1" w:rsidRPr="007658D1">
        <w:rPr>
          <w:sz w:val="18"/>
        </w:rPr>
        <w:t xml:space="preserve"> za </w:t>
      </w:r>
      <w:proofErr w:type="spellStart"/>
      <w:r w:rsidR="007658D1" w:rsidRPr="007658D1">
        <w:rPr>
          <w:sz w:val="18"/>
        </w:rPr>
        <w:t>vrednovanje</w:t>
      </w:r>
      <w:proofErr w:type="spellEnd"/>
      <w:r w:rsidR="007658D1" w:rsidRPr="007658D1">
        <w:rPr>
          <w:sz w:val="18"/>
        </w:rPr>
        <w:t xml:space="preserve"> </w:t>
      </w:r>
      <w:proofErr w:type="spellStart"/>
      <w:r w:rsidR="007658D1" w:rsidRPr="007658D1">
        <w:rPr>
          <w:sz w:val="18"/>
        </w:rPr>
        <w:t>ponuda</w:t>
      </w:r>
      <w:proofErr w:type="spellEnd"/>
      <w:r w:rsidR="007658D1" w:rsidRPr="007658D1">
        <w:rPr>
          <w:sz w:val="18"/>
        </w:rPr>
        <w:t xml:space="preserve">; </w:t>
      </w:r>
      <w:proofErr w:type="spellStart"/>
      <w:r w:rsidR="007658D1" w:rsidRPr="007658D1">
        <w:rPr>
          <w:sz w:val="18"/>
        </w:rPr>
        <w:t>pojedina</w:t>
      </w:r>
      <w:proofErr w:type="spellEnd"/>
      <w:r w:rsidR="007658D1" w:rsidRPr="007658D1">
        <w:rPr>
          <w:sz w:val="18"/>
        </w:rPr>
        <w:t xml:space="preserve"> </w:t>
      </w:r>
      <w:proofErr w:type="spellStart"/>
      <w:r w:rsidR="007658D1" w:rsidRPr="007658D1">
        <w:rPr>
          <w:sz w:val="18"/>
        </w:rPr>
        <w:t>izdanja</w:t>
      </w:r>
      <w:proofErr w:type="spellEnd"/>
      <w:r w:rsidR="007658D1" w:rsidRPr="007658D1">
        <w:rPr>
          <w:sz w:val="18"/>
        </w:rPr>
        <w:t xml:space="preserve"> </w:t>
      </w:r>
      <w:proofErr w:type="spellStart"/>
      <w:r w:rsidR="007658D1" w:rsidRPr="007658D1">
        <w:rPr>
          <w:sz w:val="18"/>
        </w:rPr>
        <w:t>obračunavaju</w:t>
      </w:r>
      <w:proofErr w:type="spellEnd"/>
      <w:r w:rsidR="007658D1" w:rsidRPr="007658D1">
        <w:rPr>
          <w:sz w:val="18"/>
        </w:rPr>
        <w:t xml:space="preserve"> se </w:t>
      </w:r>
      <w:proofErr w:type="spellStart"/>
      <w:r w:rsidR="007658D1" w:rsidRPr="007658D1">
        <w:rPr>
          <w:sz w:val="18"/>
        </w:rPr>
        <w:t>prema</w:t>
      </w:r>
      <w:proofErr w:type="spellEnd"/>
      <w:r w:rsidR="007658D1" w:rsidRPr="007658D1">
        <w:rPr>
          <w:sz w:val="18"/>
        </w:rPr>
        <w:t xml:space="preserve"> </w:t>
      </w:r>
      <w:proofErr w:type="spellStart"/>
      <w:r w:rsidR="007658D1" w:rsidRPr="007658D1">
        <w:rPr>
          <w:sz w:val="18"/>
        </w:rPr>
        <w:t>stvarno</w:t>
      </w:r>
      <w:proofErr w:type="spellEnd"/>
      <w:r w:rsidR="007658D1" w:rsidRPr="007658D1">
        <w:rPr>
          <w:sz w:val="18"/>
        </w:rPr>
        <w:t xml:space="preserve"> </w:t>
      </w:r>
      <w:proofErr w:type="spellStart"/>
      <w:r w:rsidR="007658D1" w:rsidRPr="007658D1">
        <w:rPr>
          <w:sz w:val="18"/>
        </w:rPr>
        <w:t>naručenoj</w:t>
      </w:r>
      <w:proofErr w:type="spellEnd"/>
      <w:r w:rsidR="007658D1" w:rsidRPr="007658D1">
        <w:rPr>
          <w:sz w:val="18"/>
        </w:rPr>
        <w:t xml:space="preserve"> </w:t>
      </w:r>
      <w:proofErr w:type="spellStart"/>
      <w:r w:rsidR="007658D1" w:rsidRPr="007658D1">
        <w:rPr>
          <w:sz w:val="18"/>
        </w:rPr>
        <w:t>i</w:t>
      </w:r>
      <w:proofErr w:type="spellEnd"/>
      <w:r w:rsidR="007658D1" w:rsidRPr="007658D1">
        <w:rPr>
          <w:sz w:val="18"/>
        </w:rPr>
        <w:t xml:space="preserve"> </w:t>
      </w:r>
      <w:proofErr w:type="spellStart"/>
      <w:r w:rsidR="007658D1" w:rsidRPr="007658D1">
        <w:rPr>
          <w:sz w:val="18"/>
        </w:rPr>
        <w:t>izvršenoj</w:t>
      </w:r>
      <w:proofErr w:type="spellEnd"/>
      <w:r w:rsidR="007658D1" w:rsidRPr="007658D1">
        <w:rPr>
          <w:sz w:val="18"/>
        </w:rPr>
        <w:t xml:space="preserve"> </w:t>
      </w:r>
      <w:proofErr w:type="spellStart"/>
      <w:r w:rsidR="007658D1" w:rsidRPr="007658D1">
        <w:rPr>
          <w:sz w:val="18"/>
        </w:rPr>
        <w:t>usluzi</w:t>
      </w:r>
      <w:proofErr w:type="spellEnd"/>
      <w:r w:rsidR="007658D1" w:rsidRPr="007658D1">
        <w:rPr>
          <w:sz w:val="18"/>
        </w:rPr>
        <w:t xml:space="preserve"> </w:t>
      </w:r>
      <w:proofErr w:type="spellStart"/>
      <w:r w:rsidR="007658D1" w:rsidRPr="007658D1">
        <w:rPr>
          <w:sz w:val="18"/>
        </w:rPr>
        <w:t>uz</w:t>
      </w:r>
      <w:proofErr w:type="spellEnd"/>
      <w:r w:rsidR="007658D1" w:rsidRPr="007658D1">
        <w:rPr>
          <w:sz w:val="18"/>
        </w:rPr>
        <w:t xml:space="preserve"> </w:t>
      </w:r>
      <w:proofErr w:type="spellStart"/>
      <w:r w:rsidR="007658D1" w:rsidRPr="007658D1">
        <w:rPr>
          <w:sz w:val="18"/>
        </w:rPr>
        <w:t>ponuđene</w:t>
      </w:r>
      <w:proofErr w:type="spellEnd"/>
      <w:r w:rsidR="007658D1" w:rsidRPr="007658D1">
        <w:rPr>
          <w:sz w:val="18"/>
        </w:rPr>
        <w:t xml:space="preserve"> </w:t>
      </w:r>
      <w:proofErr w:type="spellStart"/>
      <w:r w:rsidR="007658D1" w:rsidRPr="007658D1">
        <w:rPr>
          <w:sz w:val="18"/>
        </w:rPr>
        <w:t>jedinične</w:t>
      </w:r>
      <w:proofErr w:type="spellEnd"/>
      <w:r w:rsidR="007658D1" w:rsidRPr="007658D1">
        <w:rPr>
          <w:sz w:val="18"/>
        </w:rPr>
        <w:t xml:space="preserve"> </w:t>
      </w:r>
      <w:proofErr w:type="spellStart"/>
      <w:proofErr w:type="gramStart"/>
      <w:r w:rsidR="007658D1" w:rsidRPr="007658D1">
        <w:rPr>
          <w:sz w:val="18"/>
        </w:rPr>
        <w:t>korekcije</w:t>
      </w:r>
      <w:proofErr w:type="spellEnd"/>
      <w:r w:rsidR="007658D1" w:rsidRPr="007658D1">
        <w:rPr>
          <w:sz w:val="18"/>
        </w:rPr>
        <w:t>.</w:t>
      </w:r>
      <w:r>
        <w:rPr>
          <w:sz w:val="18"/>
        </w:rPr>
        <w:t>.</w:t>
      </w:r>
      <w:proofErr w:type="gramEnd"/>
    </w:p>
    <w:p w14:paraId="09E08A0A" w14:textId="7B4CDAAA" w:rsidR="007658D1" w:rsidRDefault="007658D1" w:rsidP="007658D1">
      <w:pPr>
        <w:pStyle w:val="Odlomakpopisa"/>
        <w:numPr>
          <w:ilvl w:val="0"/>
          <w:numId w:val="10"/>
        </w:numPr>
        <w:spacing w:before="160" w:after="80"/>
      </w:pPr>
      <w:r>
        <w:rPr>
          <w:b/>
        </w:rPr>
        <w:t>IZJAVA PONUDITELJA</w:t>
      </w:r>
    </w:p>
    <w:p w14:paraId="2C1FD00B" w14:textId="7F0E364E" w:rsidR="00E543ED" w:rsidRDefault="007658D1">
      <w:pPr>
        <w:spacing w:after="0"/>
      </w:pPr>
      <w:proofErr w:type="spellStart"/>
      <w:r w:rsidRPr="007658D1">
        <w:rPr>
          <w:sz w:val="18"/>
        </w:rPr>
        <w:t>Podnošenjem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ove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ponude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potvrđujemo</w:t>
      </w:r>
      <w:proofErr w:type="spellEnd"/>
      <w:r w:rsidRPr="007658D1">
        <w:rPr>
          <w:sz w:val="18"/>
        </w:rPr>
        <w:t xml:space="preserve"> da </w:t>
      </w:r>
      <w:proofErr w:type="spellStart"/>
      <w:r w:rsidRPr="007658D1">
        <w:rPr>
          <w:sz w:val="18"/>
        </w:rPr>
        <w:t>smo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upoznati</w:t>
      </w:r>
      <w:proofErr w:type="spellEnd"/>
      <w:r w:rsidRPr="007658D1">
        <w:rPr>
          <w:sz w:val="18"/>
        </w:rPr>
        <w:t xml:space="preserve"> s </w:t>
      </w:r>
      <w:proofErr w:type="spellStart"/>
      <w:r w:rsidRPr="007658D1">
        <w:rPr>
          <w:sz w:val="18"/>
        </w:rPr>
        <w:t>Pozivom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na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dostavu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ponuda</w:t>
      </w:r>
      <w:proofErr w:type="spellEnd"/>
      <w:r w:rsidRPr="007658D1">
        <w:rPr>
          <w:sz w:val="18"/>
        </w:rPr>
        <w:t xml:space="preserve"> (</w:t>
      </w:r>
      <w:proofErr w:type="spellStart"/>
      <w:r w:rsidRPr="007658D1">
        <w:rPr>
          <w:sz w:val="18"/>
        </w:rPr>
        <w:t>ev</w:t>
      </w:r>
      <w:proofErr w:type="spellEnd"/>
      <w:r w:rsidRPr="007658D1">
        <w:rPr>
          <w:sz w:val="18"/>
        </w:rPr>
        <w:t xml:space="preserve">. br. N-5/26) </w:t>
      </w:r>
      <w:proofErr w:type="spellStart"/>
      <w:r w:rsidRPr="007658D1">
        <w:rPr>
          <w:sz w:val="18"/>
        </w:rPr>
        <w:t>i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njegovim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prilozima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te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prihvaćamo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propisane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uvjete</w:t>
      </w:r>
      <w:proofErr w:type="spellEnd"/>
      <w:r w:rsidRPr="007658D1">
        <w:rPr>
          <w:sz w:val="18"/>
        </w:rPr>
        <w:t xml:space="preserve">. </w:t>
      </w:r>
      <w:proofErr w:type="spellStart"/>
      <w:r w:rsidRPr="007658D1">
        <w:rPr>
          <w:sz w:val="18"/>
        </w:rPr>
        <w:t>Izjavljujemo</w:t>
      </w:r>
      <w:proofErr w:type="spellEnd"/>
      <w:r w:rsidRPr="007658D1">
        <w:rPr>
          <w:sz w:val="18"/>
        </w:rPr>
        <w:t xml:space="preserve"> da </w:t>
      </w:r>
      <w:proofErr w:type="spellStart"/>
      <w:r w:rsidRPr="007658D1">
        <w:rPr>
          <w:sz w:val="18"/>
        </w:rPr>
        <w:t>raspolažemo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potrebnim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kapacitetima</w:t>
      </w:r>
      <w:proofErr w:type="spellEnd"/>
      <w:r w:rsidRPr="007658D1">
        <w:rPr>
          <w:sz w:val="18"/>
        </w:rPr>
        <w:t xml:space="preserve"> za </w:t>
      </w:r>
      <w:proofErr w:type="spellStart"/>
      <w:r w:rsidRPr="007658D1">
        <w:rPr>
          <w:sz w:val="18"/>
        </w:rPr>
        <w:t>uredno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izvršenje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predmeta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nabave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i</w:t>
      </w:r>
      <w:proofErr w:type="spellEnd"/>
      <w:r w:rsidRPr="007658D1">
        <w:rPr>
          <w:sz w:val="18"/>
        </w:rPr>
        <w:t xml:space="preserve"> da </w:t>
      </w:r>
      <w:proofErr w:type="spellStart"/>
      <w:r w:rsidRPr="007658D1">
        <w:rPr>
          <w:sz w:val="18"/>
        </w:rPr>
        <w:t>cijene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iz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Troškovnika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uključuju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sve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tražene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troškove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tiska</w:t>
      </w:r>
      <w:proofErr w:type="spellEnd"/>
      <w:r w:rsidRPr="007658D1">
        <w:rPr>
          <w:sz w:val="18"/>
        </w:rPr>
        <w:t xml:space="preserve">, </w:t>
      </w:r>
      <w:proofErr w:type="spellStart"/>
      <w:r w:rsidRPr="007658D1">
        <w:rPr>
          <w:sz w:val="18"/>
        </w:rPr>
        <w:t>grafičke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dorade</w:t>
      </w:r>
      <w:proofErr w:type="spellEnd"/>
      <w:r w:rsidRPr="007658D1">
        <w:rPr>
          <w:sz w:val="18"/>
        </w:rPr>
        <w:t xml:space="preserve">, </w:t>
      </w:r>
      <w:proofErr w:type="spellStart"/>
      <w:r w:rsidRPr="007658D1">
        <w:rPr>
          <w:sz w:val="18"/>
        </w:rPr>
        <w:t>pojedinačnog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foliranja</w:t>
      </w:r>
      <w:proofErr w:type="spellEnd"/>
      <w:r w:rsidRPr="007658D1">
        <w:rPr>
          <w:sz w:val="18"/>
        </w:rPr>
        <w:t xml:space="preserve">, </w:t>
      </w:r>
      <w:proofErr w:type="spellStart"/>
      <w:r w:rsidRPr="007658D1">
        <w:rPr>
          <w:sz w:val="18"/>
        </w:rPr>
        <w:t>pakiranja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te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pripreme</w:t>
      </w:r>
      <w:proofErr w:type="spellEnd"/>
      <w:r w:rsidRPr="007658D1">
        <w:rPr>
          <w:sz w:val="18"/>
        </w:rPr>
        <w:t xml:space="preserve"> za </w:t>
      </w:r>
      <w:proofErr w:type="spellStart"/>
      <w:r w:rsidRPr="007658D1">
        <w:rPr>
          <w:sz w:val="18"/>
        </w:rPr>
        <w:t>isporuku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odnosno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distribuciju</w:t>
      </w:r>
      <w:proofErr w:type="spellEnd"/>
      <w:r w:rsidRPr="007658D1">
        <w:rPr>
          <w:sz w:val="18"/>
        </w:rPr>
        <w:t xml:space="preserve"> </w:t>
      </w:r>
      <w:proofErr w:type="spellStart"/>
      <w:r w:rsidRPr="007658D1">
        <w:rPr>
          <w:sz w:val="18"/>
        </w:rPr>
        <w:t>časopisa</w:t>
      </w:r>
      <w:proofErr w:type="spellEnd"/>
      <w:r w:rsidRPr="007658D1">
        <w:rPr>
          <w:sz w:val="18"/>
        </w:rPr>
        <w:t xml:space="preserve"> „Lovački </w:t>
      </w:r>
      <w:proofErr w:type="spellStart"/>
      <w:proofErr w:type="gramStart"/>
      <w:r w:rsidRPr="007658D1">
        <w:rPr>
          <w:sz w:val="18"/>
        </w:rPr>
        <w:t>vjesnik</w:t>
      </w:r>
      <w:proofErr w:type="spellEnd"/>
      <w:r w:rsidRPr="007658D1">
        <w:rPr>
          <w:sz w:val="18"/>
        </w:rPr>
        <w:t>“</w:t>
      </w:r>
      <w:proofErr w:type="gramEnd"/>
      <w:r>
        <w:rPr>
          <w:sz w:val="18"/>
        </w:rPr>
        <w:t>.</w:t>
      </w:r>
    </w:p>
    <w:p w14:paraId="5B7CF8FB" w14:textId="77777777" w:rsidR="00E543ED" w:rsidRDefault="00E543ED">
      <w:pPr>
        <w:spacing w:after="4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72"/>
        <w:gridCol w:w="4932"/>
      </w:tblGrid>
      <w:tr w:rsidR="00E543ED" w14:paraId="7B742CEF" w14:textId="77777777">
        <w:trPr>
          <w:jc w:val="center"/>
        </w:trPr>
        <w:tc>
          <w:tcPr>
            <w:tcW w:w="52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689DDB" w14:textId="77777777" w:rsidR="00E543ED" w:rsidRDefault="00000000">
            <w:pPr>
              <w:spacing w:after="0"/>
            </w:pPr>
            <w:r>
              <w:t>Mjesto i datum: ___________________________</w:t>
            </w:r>
          </w:p>
        </w:tc>
        <w:tc>
          <w:tcPr>
            <w:tcW w:w="49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7CD13F" w14:textId="77777777" w:rsidR="00E543ED" w:rsidRDefault="00000000">
            <w:pPr>
              <w:spacing w:after="0"/>
              <w:jc w:val="right"/>
            </w:pPr>
            <w:r>
              <w:t>Za ponuditelja:</w:t>
            </w:r>
            <w:r>
              <w:br/>
            </w:r>
            <w:r>
              <w:br/>
              <w:t>_____________________</w:t>
            </w:r>
            <w:r>
              <w:br/>
              <w:t>(potpis, pečat)</w:t>
            </w:r>
          </w:p>
        </w:tc>
      </w:tr>
    </w:tbl>
    <w:p w14:paraId="32ECBEDE" w14:textId="77777777" w:rsidR="0066460D" w:rsidRDefault="0066460D"/>
    <w:sectPr w:rsidR="0066460D" w:rsidSect="00034616">
      <w:pgSz w:w="12240" w:h="15840"/>
      <w:pgMar w:top="709" w:right="850" w:bottom="709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3F2101B"/>
    <w:multiLevelType w:val="hybridMultilevel"/>
    <w:tmpl w:val="953A3634"/>
    <w:lvl w:ilvl="0" w:tplc="8D3EF71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686617">
    <w:abstractNumId w:val="8"/>
  </w:num>
  <w:num w:numId="2" w16cid:durableId="686098849">
    <w:abstractNumId w:val="6"/>
  </w:num>
  <w:num w:numId="3" w16cid:durableId="1878227684">
    <w:abstractNumId w:val="5"/>
  </w:num>
  <w:num w:numId="4" w16cid:durableId="1084768290">
    <w:abstractNumId w:val="4"/>
  </w:num>
  <w:num w:numId="5" w16cid:durableId="1698266480">
    <w:abstractNumId w:val="7"/>
  </w:num>
  <w:num w:numId="6" w16cid:durableId="2081634743">
    <w:abstractNumId w:val="3"/>
  </w:num>
  <w:num w:numId="7" w16cid:durableId="1077288701">
    <w:abstractNumId w:val="2"/>
  </w:num>
  <w:num w:numId="8" w16cid:durableId="1364818820">
    <w:abstractNumId w:val="1"/>
  </w:num>
  <w:num w:numId="9" w16cid:durableId="1889560600">
    <w:abstractNumId w:val="0"/>
  </w:num>
  <w:num w:numId="10" w16cid:durableId="17606365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5C6D"/>
    <w:rsid w:val="00034616"/>
    <w:rsid w:val="0006063C"/>
    <w:rsid w:val="0015074B"/>
    <w:rsid w:val="0029639D"/>
    <w:rsid w:val="00326F90"/>
    <w:rsid w:val="00591D52"/>
    <w:rsid w:val="0066460D"/>
    <w:rsid w:val="007658D1"/>
    <w:rsid w:val="00AA1D8D"/>
    <w:rsid w:val="00B47730"/>
    <w:rsid w:val="00CB0664"/>
    <w:rsid w:val="00DB180F"/>
    <w:rsid w:val="00E543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EE4FE1"/>
  <w14:defaultImageDpi w14:val="300"/>
  <w15:docId w15:val="{BA8FBB97-ADBE-42BE-80B5-DA25EFD83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rial" w:hAnsi="Arial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Hrvatski Lovački Savez</cp:lastModifiedBy>
  <cp:revision>3</cp:revision>
  <dcterms:created xsi:type="dcterms:W3CDTF">2013-12-23T23:15:00Z</dcterms:created>
  <dcterms:modified xsi:type="dcterms:W3CDTF">2026-09-30T09:19:00Z</dcterms:modified>
  <cp:category/>
</cp:coreProperties>
</file>